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Leadership Team Hub Introduction</w:t>
      </w:r>
    </w:p>
    <w:p>
      <w:pPr>
        <w:pStyle w:val="Subtitle"/>
      </w:pPr>
      <w:r>
        <w:t>Cleaned transcript  |  October 16, 2026</w:t>
      </w:r>
    </w:p>
    <w:p>
      <w:r>
        <w:rPr>
          <w:b/>
        </w:rPr>
        <w:t>Jeremy Walsh</w:t>
      </w:r>
      <w:r>
        <w:br/>
        <w:t>BNI Director of Support</w:t>
      </w:r>
    </w:p>
    <w:p>
      <w:r>
        <w:rPr>
          <w:i/>
        </w:rPr>
        <w:t>BNI Tech Talks session and audience questions</w:t>
      </w:r>
    </w:p>
    <w:p>
      <w:pPr>
        <w:pStyle w:val="Heading1"/>
      </w:pPr>
      <w:r>
        <w:t>Welcome and introductions</w:t>
      </w:r>
    </w:p>
    <w:p>
      <w:r>
        <w:t>Good morning, afternoon, and evening, everyone, and welcome to this week’s Tech Talks. Before we get started, I want to remind you that this webinar is being recorded. If you do not want to be part of the recording, please exit now and check out the recording later. We also share the chat log and the full transcript of today. If you don’t want to be included, please opt out now. Otherwise, welcome to the webinar.</w:t>
      </w:r>
    </w:p>
    <w:p>
      <w:r>
        <w:t>We have some people saying hi this morning. Emma is here from Quebec, Ottawa. Welcome. We’ve got Daphne from Ireland, Darren from the UK, and Mark Heckbarth with the chilly freeze warnings in southeastern Wisconsin. Terry is here from Niagara, Vikash from Goa, India, Larry from Evans, Georgia, and Sheryl from Connecticut.</w:t>
      </w:r>
    </w:p>
    <w:p>
      <w:r>
        <w:t>Things are starting to move along here. We’ve got Debbie from Saskatchewan, Chantal from India, Lorraine from Arizona, and Pat from Brazil. Welcome, everybody. Monica is here from Sweden. Belgium is in the house, and we have more people from Brazil, Florida, India, Arizona, Malaysia, and the UK. Thank you so much for being here today.</w:t>
      </w:r>
    </w:p>
    <w:p>
      <w:r>
        <w:t>This is our weekly BNI Tech Talks, where we do short deep dives into BNI’s online technology platforms. We talk about all of our platforms. It starts in the middle with BNI Connect. That is where all our data lives, where our logins live, and everything like that. We have a single sign-on gateway that uses BNI Connect for authentication. You can sign in to MyBNI.com and access BNI+, BNI Insights, BNI Academy, BNI Connect, Ask IVAN, the Leadership Team Hub, and the Marketing Hub.</w:t>
      </w:r>
    </w:p>
    <w:p>
      <w:r>
        <w:t>For those of you joining your first call, welcome to Tech Talks. My name is Jeremy Walsh. I’ve been involved with BNI for about 24 years, and I am still actively a member of the BNI Wakefield chapter. I’ve been a member, Vice President, President, Membership Committee member, Education Coordinator, Director Consultant, and Area Director Consultant.</w:t>
      </w:r>
    </w:p>
    <w:p>
      <w:r>
        <w:t>Since 2011, I have been working with BNI headquarters to help support its online platforms. It started with just BNI Connect and has taken on a life of its own with all these online products. I have an amazing team behind me: Riyaz in Malaysia, Monique in Connecticut, Samantha in Germany, Jessica in Massachusetts, and Lilith in Chicago. Together, they do amazing things, helping support 355,000 members in 78 countries and 25 languages, 24 hours a day, with a 96 percent satisfaction rating. They are absolutely phenomenal.</w:t>
      </w:r>
    </w:p>
    <w:p>
      <w:r>
        <w:t>We’re going to play with the BNI Burrow chapter a little today and do some things in the Leadership Team Hub. Before that, I’d love it if you put your favorite core value into the chat window.</w:t>
      </w:r>
    </w:p>
    <w:p>
      <w:r>
        <w:t>Our core values are Givers Gain, Building Relationships, Lifelong Learning, Traditions and Innovation, Positive Attitude, Accountability, and Recognition. One of these days, I’m going to throw you for a loop, but today is not that day. My two favorites are still Traditions and Innovation—what we’re doing here today—and Positive Attitude, which makes everything better.</w:t>
      </w:r>
    </w:p>
    <w:p>
      <w:pPr>
        <w:pStyle w:val="Heading1"/>
      </w:pPr>
      <w:r>
        <w:t>Housekeeping and upcoming sessions</w:t>
      </w:r>
    </w:p>
    <w:p>
      <w:r>
        <w:t>If this is your first time here, you only need to register once. You can attend as many or as few of these sessions as you would like with that one registration link. Feel free to share it. We do this every Friday, except for a couple of breaks coming up, which I’ll review in a minute.</w:t>
      </w:r>
    </w:p>
    <w:p>
      <w:r>
        <w:t>We have about 30 minutes for the session, and we record them all. If you want to chat with people or do some networking, use the chat window. Please don’t spam the chat. We occasionally have people who put their contact information in and then keep posting it every five minutes. That’s not cool; once is enough. Feel free to set up one-to-ones with people if they’re interested, ask questions, and get to know each other. If you have a tech-related question for me to answer as part of the webinar, please put it in the Q&amp;A.</w:t>
      </w:r>
    </w:p>
    <w:p>
      <w:r>
        <w:t>We have covered a lot of ground since this series started in February. Can you believe it’s October already? We’re halfway through October, almost November. At some point, I’ll loop back around and keep doing this stuff again.</w:t>
      </w:r>
    </w:p>
    <w:p>
      <w:r>
        <w:t>We covered BNI Connect, upgrades, the mobile app, visitor functions, reports, Ask IVAN, and goals. Then we went into Member Traffic Lights and did a whole mini-series, followed by how to visit a chapter. We then spent several weeks on BNI+, with eight or nine sessions altogether and some very deep dives.</w:t>
      </w:r>
    </w:p>
    <w:p>
      <w:r>
        <w:t>Now we’re at October 16, and today we’re talking about the Leadership Team Hub. It is brand new for many people and was rolled out recently to the whole world. Next week, we’ll do a quick Marketing Hub session. We’re taking a break on October 30, the day before Halloween here in the United States.</w:t>
      </w:r>
    </w:p>
    <w:p>
      <w:r>
        <w:t>I’m going to be in Monaco, so I won’t be able to do the session from there. I believe 10 in the morning here is 4 in the afternoon in Monaco. We’ll be getting ready for the gala, and I’ll be putting on my bow tie, which always takes about an hour and a half to tie because I don’t wear bow ties that often. I’ll be networking with all the wonderful people at the Global Convention.</w:t>
      </w:r>
    </w:p>
    <w:p>
      <w:r>
        <w:t>We’ll be back for one week on November 6. I’ll probably try to do something nice and quick that week. Then we’re taking three weeks off because I’m going to India. To all my friends in India, I’ll be visiting your wonderful country, in Bangalore for a week, and then we have our Tech Summit the week after. We’ll be back for a few weeks in December before taking our holiday break and coming back next year. I can’t believe I’m saying that.</w:t>
      </w:r>
    </w:p>
    <w:p>
      <w:r>
        <w:t>One final reminder: we are recording this webinar. If you do not want to be part of the recording, please exit now before we get too far into it.</w:t>
      </w:r>
    </w:p>
    <w:p>
      <w:pPr>
        <w:pStyle w:val="Heading1"/>
      </w:pPr>
      <w:r>
        <w:t>Introducing the Leadership Team Hub</w:t>
      </w:r>
    </w:p>
    <w:p>
      <w:r>
        <w:t>What are we talking about today? We’re talking about the Leadership Team Hub, which is brand new for a lot of people. The Leadership Team Hub is a concept. The plan is to take many of the leadership team functions in BNI Connect, start peeling those off, and put them into one place where the leadership team can log in, with a more mobile-friendly experience.</w:t>
      </w:r>
    </w:p>
    <w:p>
      <w:r>
        <w:t>The first installment is the Chapter Success Meeting form. I’ve been in BNI for a long time and have held just about every position except one. Does anybody know the position I haven’t held? Secretary Treasurer. They never trusted me with the money, so I’ve never been Secretary Treasurer. Other than that, I’ve been everything. Last term, I was on the Membership Committee, so I’m very familiar with these meetings.</w:t>
      </w:r>
    </w:p>
    <w:p>
      <w:r>
        <w:t>For the 24 years I’ve been involved, Chapter Success Meetings have been all over the place. It has ranged from “Let’s get together for a beer and chitchat about the chapter” to a more organized format. The beauty of this form is that it standardizes the process and provides structure for the leadership team. For those of us who were winging it, we now have something that makes sense and provides progress and accountability for the chapter.</w:t>
      </w:r>
    </w:p>
    <w:p>
      <w:r>
        <w:t>Because it is stored online, you don’t have to fill out a Word document, spread it around by email, or put it somewhere for download. It is part of the Leadership Team Hub. Directors, Area Directors, and Executive Directors can access the forms and review how a chapter is doing. With that higher-level view, they can look for trends: Is the chapter growing or shrinking? Does it need more assistance? Does it have something great happening that could make it a showcase chapter? All of this goes into one place.</w:t>
      </w:r>
    </w:p>
    <w:p>
      <w:r>
        <w:t>Today we’ll talk about what the hub does, how to access it, who has access, and how to complete the Chapter Success Meeting form. We’ll cover saving and submitting it, what carries forward, and where the information comes from. Then we’ll take your questions.</w:t>
      </w:r>
    </w:p>
    <w:p>
      <w:pPr>
        <w:pStyle w:val="Heading1"/>
      </w:pPr>
      <w:r>
        <w:t>Pop quiz</w:t>
      </w:r>
    </w:p>
    <w:p>
      <w:r>
        <w:t>Before we do that, are you ready for your weekly pop quiz? Drum roll! I realize this is brand new, and some of you may not have access. That’s okay. Maybe next term you’ll be on the leadership team and be able to access it. Type your answers in the chat window, and let’s check your knowledge.</w:t>
      </w:r>
    </w:p>
    <w:p>
      <w:r>
        <w:t>What two chapter roles can start the report form? There are only two people in the chapter who can start it. Tim Paulin, quick on the trigger today! Nice job: President and Vice President. They are the only two chapter roles that can start the form for the meeting. Sorry, Secretary Treasurers and Membership Committee members. You can review it later, but you can’t start it. Almost everybody got that right. I’m impressed.</w:t>
      </w:r>
    </w:p>
    <w:p>
      <w:r>
        <w:t>What happens if you’re going through the report and all your goals are zero? Where do you need to update those? Remember, BNI Connect is our master of data. Whether we’re talking about BNI+, the Leadership Team Hub, or BNI Insights, all the data starts in BNI Connect: goals, visitors, PALMS, and statistics. Everything else manipulates it or views it. BNI+ takes the data and puts it into slides. BNI Insights turns it into dashboards. The Leadership Team Hub puts it into a form for the chapter’s monthly meetings.</w:t>
      </w:r>
    </w:p>
    <w:p>
      <w:r>
        <w:t>If you’re missing data, make sure you go into BNI Connect and do what you need to do: submit the PALMS report, submit your goals, and make sure your visitors are entered. You want to do all of that before you start the form.</w:t>
      </w:r>
    </w:p>
    <w:p>
      <w:r>
        <w:t>Last question: Once a form has been submitted, can it be edited or deleted? The answer is no. Once submitted, it is read-only. If you save it as a draft, you can go in and edit it. It has to be a draft for you to edit it. Once submitted, it has to come to support to be deleted, and then you can start again.</w:t>
      </w:r>
    </w:p>
    <w:p>
      <w:r>
        <w:t>Great job, everybody. Almost all the answers I saw in the chat were correct.</w:t>
      </w:r>
    </w:p>
    <w:p>
      <w:pPr>
        <w:pStyle w:val="Heading1"/>
      </w:pPr>
      <w:r>
        <w:t>Roles and access permissions</w:t>
      </w:r>
    </w:p>
    <w:p>
      <w:r>
        <w:t>We’ll jump into a live demonstration in a second. I’ll show you where to open it through MyBNI, who can create, edit, and view forms, and then we’ll create a Chapter Success Meeting form and step through the different parts.</w:t>
      </w:r>
    </w:p>
    <w:p>
      <w:r>
        <w:t>First, here is a snapshot of everyone who can access the form and what they can do. The President and Vice President have pretty much full access, as does the region’s Executive Director. The Executive Director can help create, edit, or delete the form. Again, editing and deleting apply only to draft or in-progress forms. Once submitted, the only people who can delete it are me and my team.</w:t>
      </w:r>
    </w:p>
    <w:p>
      <w:r>
        <w:t>You would need to submit a ticket, or your regional office can submit a ticket to us, and we can delete it. Other chapter leadership team members involved in these meetings can view or print the forms, as can the other positions listed on the slide.</w:t>
      </w:r>
    </w:p>
    <w:p>
      <w:r>
        <w:t>Area Directors, Assistant Directors, and Ambassadors can view and print only the forms under their purview. That means the chapters you have been assigned to in BNI Connect. Those are the chapter forms and reports you can read or print.</w:t>
      </w:r>
    </w:p>
    <w:p>
      <w:pPr>
        <w:pStyle w:val="Heading1"/>
      </w:pPr>
      <w:r>
        <w:t>Terms used in the form</w:t>
      </w:r>
    </w:p>
    <w:p>
      <w:r>
        <w:t>There are several acronyms and terms on the form. We have a mix of people here: some have been part of BNI for 20 years, and some may have joined last week. I want to review a few names you’ll see.</w:t>
      </w:r>
    </w:p>
    <w:p>
      <w:r>
        <w:t>LT means Leadership Team. CSM is fairly new: Chapter Success Meeting. TYFCB means Thank You for Closed Business. What’s the term in the UK? It’s Thank You for the Business. Do we have anyone from Spain or Spanish-speaking countries? There is another acronym there. GPNC—is that what it is?</w:t>
      </w:r>
    </w:p>
    <w:p>
      <w:r>
        <w:t>PALMS has traditionally stood for Present, Absent, Late, Medical, and Substitute. Net growth is new members minus dropped members. We also need to distinguish Chapter Traffic Lights, Member Traffic Lights, and a third item that isn’t on this list: Power of One. This form uses Chapter Traffic Lights and Member Traffic Lights from Insights. If you are in the United States, you may be confused because the United States uses Power of One, and Member Traffic Lights is different.</w:t>
      </w:r>
    </w:p>
    <w:p>
      <w:r>
        <w:t>Jeff, you are absolutely right: M is not Medical; it is Managed. I need to fix that typo. That was an old-school habit. Managed is now M, not Medical.</w:t>
      </w:r>
    </w:p>
    <w:p>
      <w:r>
        <w:t>Passport to Success is the mentoring program. The seven-month review means reviewing members seven months before their renewal, not seven months into membership. I like that because it gives people time to improve. If something isn’t going right, they have time to make a gradual change that has an effect, not just a flash in the pan. Action items are things you want to follow up on.</w:t>
      </w:r>
    </w:p>
    <w:p>
      <w:r>
        <w:t>There is one field I want to call out because it has come up in support tickets: Auto Renew. If you go to the Membership Dues Report in BNI Connect, it also has an Auto Renew column. We don’t have auto-renew yet. It is a future implementation: the plan is to have automatic membership renewal at some point, making it more continuous. Right now, it is not active. The field is there because it is part of the other report, but it is not active.</w:t>
      </w:r>
    </w:p>
    <w:p>
      <w:pPr>
        <w:pStyle w:val="Heading1"/>
      </w:pPr>
      <w:r>
        <w:t>Where the information comes from</w:t>
      </w:r>
    </w:p>
    <w:p>
      <w:r>
        <w:t>Before we get into the form, it’s important to know that a lot comes from BNI Connect: chapter details, goals, visitor details, business categories and inviters, new members, dropped members, and net growth. If it’s wrong in the form, we need to look in BNI Connect to fix it.</w:t>
      </w:r>
    </w:p>
    <w:p>
      <w:r>
        <w:t>Some information carries over from the last submitted Chapter Success Meeting: follow-up details, the previous balance of your checkbook, and previous action items.</w:t>
      </w:r>
    </w:p>
    <w:p>
      <w:r>
        <w:t>Let’s jump into a live demonstration and look at the form, what you do, and how you access it. Let me get Google Chrome; it tends to work best in Chrome. We’re going to MyBNI.com, and I’m logging in as my good friend Alf.</w:t>
      </w:r>
    </w:p>
    <w:p>
      <w:pPr>
        <w:pStyle w:val="Heading1"/>
      </w:pPr>
      <w:r>
        <w:t>Opening the hub and reviewing existing forms</w:t>
      </w:r>
    </w:p>
    <w:p>
      <w:r>
        <w:t>If you have access, you will see Leadership Team Hub in MyBNI. If you don’t see that tile, it means you’re not on the leadership team or your country doesn’t have access yet. I believe it was rolled out to the whole world two or three weeks ago—it might have been October 1. I believe it is accessible everywhere as long as you have the appropriate leadership role. If you’re a Director Consultant, Ambassador, Area Director, Executive Director, or someone in the national office, you should see it.</w:t>
      </w:r>
    </w:p>
    <w:p>
      <w:r>
        <w:t>I’ll click Leadership Team Hub. It is doing its single sign-on authentication. Here we go. Right now, the only thing here is the Chapter Success Meeting form. There will be more tools eventually. Clicking it takes us to the list of Chapter Success Meeting forms.</w:t>
      </w:r>
    </w:p>
    <w:p>
      <w:r>
        <w:t>Alf happens to be a National Director for Antarctica. He got a big promotion this past year, so he sees all the forms submitted for Antarctica, including tests we have been running. We can see the country, region, chapter, the person who took the notes and submitted the form, the submission date, and icons to edit, print, or view.</w:t>
      </w:r>
    </w:p>
    <w:p>
      <w:r>
        <w:t>There may be times when I can’t click Edit because a form is already submitted. Also, as a national administrator—not the Executive Director or the leadership of that chapter—I can’t edit this in-progress form either. Only the President, Vice President, and Executive Director can edit it while it is in progress or saved as a draft. Everybody else can print or view it. We can also see its progress.</w:t>
      </w:r>
    </w:p>
    <w:p>
      <w:r>
        <w:t>If you are in a national office or are a Director Consultant overseeing multiple chapters, there are filters. You can look for a date range. We only have about a month of reports right now, but two or three years from now the list will be long, especially for regional and national teams. You can filter by country and region. Let’s select the Shiver region and my beloved chapter, then click Apply.</w:t>
      </w:r>
    </w:p>
    <w:p>
      <w:r>
        <w:t>Now I see the one form submitted by Alfred E. Neuman on August 12. To print it, click Print. That takes us to the print dialog, where you can print to PDF or an actual printer. Preview it to make sure it looks right. You can change landscape to portrait as well.</w:t>
      </w:r>
    </w:p>
    <w:p>
      <w:r>
        <w:t>Printing also takes us into the view, so we can review the previous form and all its details. Going back to Forms clears the filters and shows everything again.</w:t>
      </w:r>
    </w:p>
    <w:p>
      <w:pPr>
        <w:pStyle w:val="Heading1"/>
      </w:pPr>
      <w:r>
        <w:t>Starting a form and recording attendance</w:t>
      </w:r>
    </w:p>
    <w:p>
      <w:r>
        <w:t>If I’m the President, Vice President, or Executive Director and want to start a new meeting, I click the plus button in the upper-right corner: New Form. It gathers the information from the various sources, mostly BNI Connect, and opens the form.</w:t>
      </w:r>
    </w:p>
    <w:p>
      <w:r>
        <w:t>At first, everything is collapsed. This is essentially the meeting agenda. We start with the person filling out the form. It lists people from the chapter, so I’ll choose myself. Then we choose who is here today. By default, it lists people in leadership positions who would normally be invited to one of these meetings: the President, Vice President, Membership Committee, Visitor Hosts, Events Coordinator, Education Coordinators, Chapter Webmaster, and Growth Coordinator.</w:t>
      </w:r>
    </w:p>
    <w:p>
      <w:r>
        <w:t>If they’re here, mark them present. Keep opening the list and adding the people attending. It keeps adding them to the attendee list. Then we move to the next sections.</w:t>
      </w:r>
    </w:p>
    <w:p>
      <w:pPr>
        <w:pStyle w:val="Heading1"/>
      </w:pPr>
      <w:r>
        <w:t>Vice President report</w:t>
      </w:r>
    </w:p>
    <w:p>
      <w:r>
        <w:t>We expand the Vice President report. Are there actions from the last meeting? In this case, no, so it did not pull anything forward.</w:t>
      </w:r>
    </w:p>
    <w:p>
      <w:r>
        <w:t>Next, we review progress toward our goals. The goals we had entered in BNI Connect in time for this included a TYFCB goal of 500,000, and we achieved 944,000. For membership, our goal was 38, and we reached 48. Completed—awesome. We can add a note such as, “We tried extra hard this month.”</w:t>
      </w:r>
    </w:p>
    <w:p>
      <w:r>
        <w:t>Are there social events? How are venue relations? Is there feedback or a question for the Area Director? Are there action items? We can enter more than one. For example, “Schedule a holiday party,” and “Notify the venue of meetings we won’t have during the holidays.”</w:t>
      </w:r>
    </w:p>
    <w:p>
      <w:r>
        <w:t>Whatever you need, add action items. Those will carry forward to the next report so you can make sure you did them. That’s the Vice President section.</w:t>
      </w:r>
    </w:p>
    <w:p>
      <w:pPr>
        <w:pStyle w:val="Heading1"/>
      </w:pPr>
      <w:r>
        <w:t>Secretary Treasurer report</w:t>
      </w:r>
    </w:p>
    <w:p>
      <w:r>
        <w:t>Next is the Secretary Treasurer portion. We expand it and talk about chapter finances. If there is a surplus, what do we want to do with it? We want to buy a chapter flag.</w:t>
      </w:r>
    </w:p>
    <w:p>
      <w:r>
        <w:t>The previous balance did not come forward because we didn’t have anything there. Our current balance is $543.12. Again, we can add action items, such as “Go on Amazon and buy a flag.” That’s the Secretary Treasurer portion of the meeting.</w:t>
      </w:r>
    </w:p>
    <w:p>
      <w:pPr>
        <w:pStyle w:val="Heading1"/>
      </w:pPr>
      <w:r>
        <w:t>Visitors and community building</w:t>
      </w:r>
    </w:p>
    <w:p>
      <w:r>
        <w:t>Next are the Visitor Host Coordinator and Visitor Hosts. This brings in visitors from the visitor reports. It is not pulling visitors from PALMS; it is pulling visitor registrations and attendance.</w:t>
      </w:r>
    </w:p>
    <w:p>
      <w:r>
        <w:t>We had one person attend the meeting. It doesn’t really matter whether they are a first-time or repeat visitor; it shows them here. What is our goal for next month? We can enter a goal. It isn’t pulling this from the chapter goals form—that was in the Vice President report earlier. This is a stand-alone goal. Our goal for next month is five, and we can add action items.</w:t>
      </w:r>
    </w:p>
    <w:p>
      <w:r>
        <w:t>Next is Community Building. We had one new member and two members leave the chapter. We can add comments. It shows net growth: new members minus dropped members, which is negative one. Again, we can add action items for future growth.</w:t>
      </w:r>
    </w:p>
    <w:p>
      <w:pPr>
        <w:pStyle w:val="Heading1"/>
      </w:pPr>
      <w:r>
        <w:t>Quality assurance and mentoring</w:t>
      </w:r>
    </w:p>
    <w:p>
      <w:r>
        <w:t>In Quality Assurance, we review the roster, six-month PALMS, one-month PALMS, accountability, and Chapter Traffic Lights. We can add action items.</w:t>
      </w:r>
    </w:p>
    <w:p>
      <w:r>
        <w:t>The Mentor Coordinator section covers the status of Passport to Success or whatever mentoring program you are using. There is one person who joined within the last three months. We can add the comment, “Completed the passport,” and there is another place for action items.</w:t>
      </w:r>
    </w:p>
    <w:p>
      <w:r>
        <w:t>At this point, the President, Secretary Treasurer, and Visitor Hosts are asked to leave the meeting. It is basically the Vice President and Membership Committee. They discuss member engagement and traffic lights, or Power of One if that is what you use.</w:t>
      </w:r>
    </w:p>
    <w:p>
      <w:pPr>
        <w:pStyle w:val="Heading1"/>
      </w:pPr>
      <w:r>
        <w:t>Engagement and member relations</w:t>
      </w:r>
    </w:p>
    <w:p>
      <w:r>
        <w:t>Then the Mentor Coordinator leaves, and we discuss engagement: mainly seven-month reviews and upcoming renewals. Here is the Auto Renew field again. It is for the future and is inactive at the moment. We can add action items.</w:t>
      </w:r>
    </w:p>
    <w:p>
      <w:r>
        <w:t>The final section is the Member Relations Specialist, covering member complaints that need to be dealt with. There is a link to a separate complaints checklist you can use when dealing with complaints.</w:t>
      </w:r>
    </w:p>
    <w:p>
      <w:r>
        <w:t>This is fairly straightforward leadership team work. Once you’re done, click Submit, or save a draft if you want to edit it later. I’m going to submit this. It has completed successfully, and we can access it from the Forms page.</w:t>
      </w:r>
    </w:p>
    <w:p>
      <w:r>
        <w:t>If I filter to the Shiver region and the Burrow chapter, there should now be two forms: October 16, today, and August 12. Both are submitted, which means we can only view or print them. Even as National Director for Antarctica and President of the chapter, I can no longer edit or delete the form. If I need to do that or resubmit it, I have to put in a support ticket, and the team can take care of it.</w:t>
      </w:r>
    </w:p>
    <w:p>
      <w:pPr>
        <w:pStyle w:val="Heading1"/>
      </w:pPr>
      <w:r>
        <w:t>Saving drafts and avoiding lost work</w:t>
      </w:r>
    </w:p>
    <w:p>
      <w:r>
        <w:t>A couple of notes: the form is fairly easy to work through. If you think you need to come back to it, make sure you save a draft.</w:t>
      </w:r>
    </w:p>
    <w:p>
      <w:r>
        <w:t>I need to check something because I don’t know the answer. In BNI Connect, there is a session timeout. Does anybody know how long it is? It’s 30 minutes. If you don’t do anything, change pages, or refresh the page, at the 30-minute mark a large yellow banner says you will be logged out shortly. The timeout is effectively about 35 minutes.</w:t>
      </w:r>
    </w:p>
    <w:p>
      <w:r>
        <w:t>If you get timed out halfway through a function—for example, entering chapter goals—and it takes longer than that, you may be logged out on the back end. When you try to save, you get an error because you are no longer logged in. I need to check whether the Leadership Team Hub works the same way.</w:t>
      </w:r>
    </w:p>
    <w:p>
      <w:r>
        <w:t>I highly recommend saving as a draft and going back in if the meeting is taking a while, so you don’t lose your work. It is not a Google Doc. It does not automatically save progress as you go.</w:t>
      </w:r>
    </w:p>
    <w:p>
      <w:r>
        <w:t>If you have multiple drafts open, make sure you submit the previous drafts so information carries forward from month to month. If something needs to be corrected, reach out to your regional office or to support, and we can take care of it.</w:t>
      </w:r>
    </w:p>
    <w:p>
      <w:pPr>
        <w:pStyle w:val="Heading1"/>
      </w:pPr>
      <w:r>
        <w:t>Key takeaways and schedule reminder</w:t>
      </w:r>
    </w:p>
    <w:p>
      <w:r>
        <w:t>The great thing about this is that it is one place, and everyone is using one standardized format. We aren’t passing around 92,000 versions of a meeting form or using a Cognito form where every region—and sometimes every chapter—is different.</w:t>
      </w:r>
    </w:p>
    <w:p>
      <w:r>
        <w:t>You don’t have to look up a bunch of reports. Much of the information is pulled over automatically, and it keeps track month after month. Remember to save drafts. If you see errors on the form, it means “garbage in, garbage out.” Take care of the information in BNI Connect so it flows correctly into all our platforms, including the Leadership Team Hub.</w:t>
      </w:r>
    </w:p>
    <w:p>
      <w:r>
        <w:t>That’s what I have for today. We’ll open it up to questions. First, a reminder about the next few weeks: on October 23, we’ll have a quick overview of the Marketing Hub. We get a lot of support questions about downloading the latest BNI logo, so we’ll show you where to get it. There’s no session on October 30. We’ll be back November 6, then no sessions November 13, 20, or 27. We’ll be back for three weeks in December.</w:t>
      </w:r>
    </w:p>
    <w:p>
      <w:pPr>
        <w:pStyle w:val="Heading1"/>
      </w:pPr>
      <w:r>
        <w:t>Questions and answers</w:t>
      </w:r>
    </w:p>
    <w:p>
      <w:r>
        <w:t>Let’s see what questions we have. I think there are 15 open questions, and I’m happy to answer them.</w:t>
      </w:r>
    </w:p>
    <w:p>
      <w:pPr>
        <w:pStyle w:val="Heading2"/>
      </w:pPr>
      <w:r>
        <w:t>The BNI Tech Summit</w:t>
      </w:r>
    </w:p>
    <w:p>
      <w:r>
        <w:t>Ashish asks for information about the BNI Tech Summit.</w:t>
      </w:r>
    </w:p>
    <w:p>
      <w:r>
        <w:t>I’m part of BNI’s tech team. We have about 125—or 250; I forget how many—people on the team. Some are in the United States, such as me and Steven Schwartz, our Chief Technology Officer, and Pedro, our Vice President of Technology. Paul Hutcherson is in charge of IT support, with several IT people in Charlotte. Others are in the UK, such as Tim Cook, one of the product managers.</w:t>
      </w:r>
    </w:p>
    <w:p>
      <w:r>
        <w:t>We have about 125 developers, database people, infrastructure people, QA people, and support people in India. They work all over India. Many work from home, and some work from the main office in Bangalore. We get together once a year as a team at different places around India. This is the fifth Tech Summit, if I’m not mistaken, and it will be my fourth. It isn’t open to the public, but that is what it is. Thank you for asking.</w:t>
      </w:r>
    </w:p>
    <w:p>
      <w:pPr>
        <w:pStyle w:val="Heading2"/>
      </w:pPr>
      <w:r>
        <w:t>Finding previous webinars</w:t>
      </w:r>
    </w:p>
    <w:p>
      <w:r>
        <w:t>Where can you locate all the past BNI Tech Talks webinars? Right now, on the support site. I haven’t been able to upload them to BNI Academy yet, but I hope to get them there soon. There’s a QR code on the screen that will take you to them.</w:t>
      </w:r>
    </w:p>
    <w:p>
      <w:r>
        <w:t>Molly asks about the recordings in Academy. [Part of the question is unclear in the source transcript.] Yes, the recordings in Academy right now are the old ones from 2024. I haven’t added the Tech Talks yet.</w:t>
      </w:r>
    </w:p>
    <w:p>
      <w:r>
        <w:t>Someone says the videos are five minutes long. I need to check that. They should not be five minutes long. Thank you for letting me know.</w:t>
      </w:r>
    </w:p>
    <w:p>
      <w:pPr>
        <w:pStyle w:val="Heading2"/>
      </w:pPr>
      <w:r>
        <w:t>Timing and purpose of the seven month review</w:t>
      </w:r>
    </w:p>
    <w:p>
      <w:r>
        <w:t>We have some Executive Directors on the call, including Kip Kent. Am I correct that the seven-month review is five months into membership, seven months before renewal? That was my understanding. I know a reminder also goes out from BNI Engage.</w:t>
      </w:r>
    </w:p>
    <w:p>
      <w:r>
        <w:t>Whether you do it seven months before or seven months in, the important thing is to do the review. It’s important to understand the why behind it. Many chapters wait until a member submits a renewal and then review the member. In many people’s opinion, that is unfair because it’s at the last minute.</w:t>
      </w:r>
    </w:p>
    <w:p>
      <w:r>
        <w:t>If a member is underperforming, struggling, or on the fence about renewing, doing a review the week before membership expires doesn’t help anybody. We need to do it early enough for members to change their minds, improve, get better referrals, or make whatever adjustment is needed. Those adjustments take time, and one week isn’t enough. Five months out or seven months out—that’s the time to do it.</w:t>
      </w:r>
    </w:p>
    <w:p>
      <w:pPr>
        <w:pStyle w:val="Heading2"/>
      </w:pPr>
      <w:r>
        <w:t>BNI Insights access</w:t>
      </w:r>
    </w:p>
    <w:p>
      <w:r>
        <w:t>Karen asks, “When will BNI Insights be available?”</w:t>
      </w:r>
    </w:p>
    <w:p>
      <w:r>
        <w:t>Insights is available now, but it is a regional team tool. You have to be a Director Consultant or part of the regional team to access BNI Insights.</w:t>
      </w:r>
    </w:p>
    <w:p>
      <w:pPr>
        <w:pStyle w:val="Heading2"/>
      </w:pPr>
      <w:r>
        <w:t>MyBNI verification codes</w:t>
      </w:r>
    </w:p>
    <w:p>
      <w:r>
        <w:t>Carl asks about being prompted for an access code when logging in to MyBNI.</w:t>
      </w:r>
    </w:p>
    <w:p>
      <w:r>
        <w:t>I haven’t set up two-factor authentication, which is why I don’t receive that security code. If you don’t want to use two-factor authentication on MyBNI, you don’t have to enable it, and support can disable it.</w:t>
      </w:r>
    </w:p>
    <w:p>
      <w:r>
        <w:t>For example, up here it says Alf hasn’t enabled multi-factor authentication. I can enable it and choose email verification. I don’t want to enable it here. If you have enabled it and don’t want it enabled, let me know, and I can turn it off. That’s why I don’t get the email.</w:t>
      </w:r>
    </w:p>
    <w:p>
      <w:pPr>
        <w:pStyle w:val="Heading2"/>
      </w:pPr>
      <w:r>
        <w:t>Who submits the form and whether to enter past meetings</w:t>
      </w:r>
    </w:p>
    <w:p>
      <w:r>
        <w:t>Who submits the form? Either the President or Vice President.</w:t>
      </w:r>
    </w:p>
    <w:p>
      <w:r>
        <w:t>Anne asks, “Should we enter all the team committee meeting minutes from before this month, backdated? I have them from the start of the year.”</w:t>
      </w:r>
    </w:p>
    <w:p>
      <w:r>
        <w:t>If you want to do that for your own purposes, go ahead. Is it a requirement to enter all past meetings? No. I would start from this point forward. If you have time or want to be thorough, you can backdate and enter them.</w:t>
      </w:r>
    </w:p>
    <w:p>
      <w:pPr>
        <w:pStyle w:val="Heading2"/>
      </w:pPr>
      <w:r>
        <w:t>Empty forms lists and country formats</w:t>
      </w:r>
    </w:p>
    <w:p>
      <w:r>
        <w:t>Eric asks, “If I’m in the US and there are no meeting forms listed, does that mean my President or Vice President hasn’t submitted any?”</w:t>
      </w:r>
    </w:p>
    <w:p>
      <w:r>
        <w:t>That’s correct. They haven’t entered any yet. Now they know how, so hopefully they will.</w:t>
      </w:r>
    </w:p>
    <w:p>
      <w:r>
        <w:t>Another question is whether the leadership team form will be adapted to a country, such as Sweden, which has its own template.</w:t>
      </w:r>
    </w:p>
    <w:p>
      <w:r>
        <w:t>The form may be translated. If it isn’t translated into Swedish now, it will be translated. But one purpose of the Leadership Team Hub and Chapter Success Meeting form is to standardize the process around the world.</w:t>
      </w:r>
    </w:p>
    <w:p>
      <w:r>
        <w:t>Right now, there is everything from chapters getting together for coffee or a beer to talk about the chapter, to places like Sweden that may have used a standardized form for 10 years, and everything in between. This puts it into one standardized form.</w:t>
      </w:r>
    </w:p>
    <w:p>
      <w:r>
        <w:t>Some people will be upset because it’s too complicated. Others will be upset because it doesn’t have everything they’re used to. The team that developed it took best practices from around the world and tried to incorporate them into one form. That’s where we are now.</w:t>
      </w:r>
    </w:p>
    <w:p>
      <w:pPr>
        <w:pStyle w:val="Heading2"/>
      </w:pPr>
      <w:r>
        <w:t>Logging in to BNI Plus</w:t>
      </w:r>
    </w:p>
    <w:p>
      <w:r>
        <w:t>Pankaj asks how to log in to BNI+.</w:t>
      </w:r>
    </w:p>
    <w:p>
      <w:r>
        <w:t>If it’s available in your region, go to MyBNI.com and click the BNI+ tile. If it isn’t there, talk to your national office or Executive Director about when it will be available.</w:t>
      </w:r>
    </w:p>
    <w:p>
      <w:pPr>
        <w:pStyle w:val="Heading2"/>
      </w:pPr>
      <w:r>
        <w:t>Visibility of Membership Committee notes</w:t>
      </w:r>
    </w:p>
    <w:p>
      <w:r>
        <w:t>Richard asks, “Once a form is submitted, can other chapter leadership members view the entire form, including notes entered by the Membership Committee for its part of the meeting?”</w:t>
      </w:r>
    </w:p>
    <w:p>
      <w:r>
        <w:t>I believe yes. Sam, correct me if I’m wrong, but I don’t believe the form uses RBAC—role-based access control—to limit viewing of particular pieces of information. I need to double-check that, but I think anything put on the form will be visible to anybody who can view the form.</w:t>
      </w:r>
    </w:p>
    <w:p>
      <w:r>
        <w:t>If that is the case, you’ll need to train the Membership Committee to understand that it’s a live form for everyone with access. Sam, perhaps you can make a note so we can find that out.</w:t>
      </w:r>
    </w:p>
    <w:p>
      <w:pPr>
        <w:pStyle w:val="Heading2"/>
      </w:pPr>
      <w:r>
        <w:t>Global Convention access</w:t>
      </w:r>
    </w:p>
    <w:p>
      <w:r>
        <w:t>Is the Monaco event accessible to BNI members?</w:t>
      </w:r>
    </w:p>
    <w:p>
      <w:r>
        <w:t>Yes. There are member days at the national and international conventions. Registration closed a couple of days ago, so if you haven’t bought a ticket, it may be too late. There may be last-minute registrations available if you’d like to go.</w:t>
      </w:r>
    </w:p>
    <w:p>
      <w:pPr>
        <w:pStyle w:val="Heading2"/>
      </w:pPr>
      <w:r>
        <w:t>Weekly or monthly forms</w:t>
      </w:r>
    </w:p>
    <w:p>
      <w:r>
        <w:t>Jackie says, “My chapter leadership team meets every week. Do we fill out the Leadership Team Hub report every week or only once a month?”</w:t>
      </w:r>
    </w:p>
    <w:p>
      <w:r>
        <w:t>I believe it would make sense to do it once a month because most of the information pulls a month’s worth of data. Otherwise, you’d repeat a lot of the same data. That is a good question, though. I’m writing it down in my notes. I’ll try to find the answer.</w:t>
      </w:r>
    </w:p>
    <w:p>
      <w:pPr>
        <w:pStyle w:val="Heading2"/>
      </w:pPr>
      <w:r>
        <w:t>Submission alerts and Academy report training</w:t>
      </w:r>
    </w:p>
    <w:p>
      <w:r>
        <w:t>After the form is submitted, does it send an alert to other members?</w:t>
      </w:r>
    </w:p>
    <w:p>
      <w:r>
        <w:t>No. There is no alerting or other reporting available in this tool at this time. You submit the form, and it’s there.</w:t>
      </w:r>
    </w:p>
    <w:p>
      <w:r>
        <w:t>Karen asks, “Is there training on reports for BNI Academy?”</w:t>
      </w:r>
    </w:p>
    <w:p>
      <w:r>
        <w:t>We have a little training on the support site. Go to support.bniconnect.com and look in the BNI Academy section. There are FAQs and how-to articles, including how to assign training and check training progress—that is, reports. We don’t have full training on all of it yet.</w:t>
      </w:r>
    </w:p>
    <w:p>
      <w:pPr>
        <w:pStyle w:val="Heading2"/>
      </w:pPr>
      <w:r>
        <w:t>Whether submitting the form is required</w:t>
      </w:r>
    </w:p>
    <w:p>
      <w:r>
        <w:t>Swami asks, “Is submitting the Chapter Success Meeting form through this tool strictly required for all leadership teams, or is it an advised best practice for tracking term planning and execution?”</w:t>
      </w:r>
    </w:p>
    <w:p>
      <w:r>
        <w:t>It’s brand new. Talk to your Executive Director. I expect there will be a rollout and adoption period before it becomes, quote-unquote, mandatory. For policy questions, always talk to your Executive Director.</w:t>
      </w:r>
    </w:p>
    <w:p>
      <w:pPr>
        <w:pStyle w:val="Heading2"/>
      </w:pPr>
      <w:r>
        <w:t>QR code and review timing follow up</w:t>
      </w:r>
    </w:p>
    <w:p>
      <w:r>
        <w:t>Karen says the QR code for reviewing and sharing isn’t opening a link. I’ll have to look at that.</w:t>
      </w:r>
    </w:p>
    <w:p>
      <w:r>
        <w:t>Tim says that after comparing the Chapter Success Meeting form with the Membership Dues Report, it looks like the seven-month review is seven months before renewal. That was my understanding too: seven months before renewal, not seven months into membership.</w:t>
      </w:r>
    </w:p>
    <w:p>
      <w:r>
        <w:t>Again, get it done. That’s the most important takeaway. Give members a chance to improve or change their minds about not wanting to renew.</w:t>
      </w:r>
    </w:p>
    <w:p>
      <w:r>
        <w:t>Anne asks whether this is the team committee monthly report. Yes, it’s for the leadership team—all of the leadership team.</w:t>
      </w:r>
    </w:p>
    <w:p>
      <w:pPr>
        <w:pStyle w:val="Heading2"/>
      </w:pPr>
      <w:r>
        <w:t>Unreliable internet and Power Team meetings</w:t>
      </w:r>
    </w:p>
    <w:p>
      <w:r>
        <w:t>What if the chapter meets in person for the CSM and the internet is unreliable?</w:t>
      </w:r>
    </w:p>
    <w:p>
      <w:r>
        <w:t>Take notes. I would print a past form, start a form and print it, or save it as a PDF. Then complete the online form somewhere with a better internet connection. Take offline notes.</w:t>
      </w:r>
    </w:p>
    <w:p>
      <w:r>
        <w:t>Molly asks, “Is there this kind of form for Power Team meetings?”</w:t>
      </w:r>
    </w:p>
    <w:p>
      <w:r>
        <w:t>Great idea. There isn’t a Power Team meeting form right now, but that’s a good idea and a good practice for the future.</w:t>
      </w:r>
    </w:p>
    <w:p>
      <w:r>
        <w:t>Is the form visible to everyone? Do we need to sanitize it?</w:t>
      </w:r>
    </w:p>
    <w:p>
      <w:r>
        <w:t>Again, I don’t know the answer. I need to check. I’m pretty sure that once you put information in, it will be available to everyone who can access the form.</w:t>
      </w:r>
    </w:p>
    <w:p>
      <w:pPr>
        <w:pStyle w:val="Heading2"/>
      </w:pPr>
      <w:r>
        <w:t>Support site verification and regional contacts</w:t>
      </w:r>
    </w:p>
    <w:p>
      <w:r>
        <w:t>Helen says, “When I type support.bniconnect.com directly into my browser, it does a verification.”</w:t>
      </w:r>
    </w:p>
    <w:p>
      <w:r>
        <w:t>That’s because you’ve changed email addresses at some point and it is trying to use single sign-on with BNI Connect, but it is getting confused. Send a ticket to ticket@bniconnect.com and let me know what’s happening. We can clear that error for you.</w:t>
      </w:r>
    </w:p>
    <w:p>
      <w:r>
        <w:t>Pankaj says, “I can see it in MyBNI, but it says to contact the regional office to start.”</w:t>
      </w:r>
    </w:p>
    <w:p>
      <w:r>
        <w:t>Then contact your regional office. If you don’t know who that is, go into BNI Connect. In the upper-right corner, click Regional Website, then Contact Us. Those are the people to contact in your region. This example is Antarctica, of course, so it is a different set of people. You want to talk to your Executive Director, and that’s the easiest way I find their contact information.</w:t>
      </w:r>
    </w:p>
    <w:p>
      <w:pPr>
        <w:pStyle w:val="Heading2"/>
      </w:pPr>
      <w:r>
        <w:t>Clarifying access to confidential sections</w:t>
      </w:r>
    </w:p>
    <w:p>
      <w:r>
        <w:t>Richard, what I mean is that not everyone can view forms at all. Only the leadership team with access to the Leadership Team Hub can view them. You could print a form or save it as a PDF and distribute it, in which case others could see it.</w:t>
      </w:r>
    </w:p>
    <w:p>
      <w:r>
        <w:t>The specific question is about opening a completed form in the hub. I’ll go into Chapter Success Forms and view this QA Team 2 form. Suppose I’m the President or Secretary Treasurer who was excused from part of the meeting. Can I still log in and see all the other parts, even though I wasn’t present for that discussion? Can I see the action items and member complaints? Or are those sections limited to the people with access to that part of the meeting?</w:t>
      </w:r>
    </w:p>
    <w:p>
      <w:r>
        <w:t>My understanding is that if you have access to the form, you can see everything. I don’t know for sure, but that’s what I think.</w:t>
      </w:r>
    </w:p>
    <w:p>
      <w:pPr>
        <w:pStyle w:val="Heading2"/>
      </w:pPr>
      <w:r>
        <w:t>Saving during a poor connection and sharing drafts</w:t>
      </w:r>
    </w:p>
    <w:p>
      <w:r>
        <w:t>If you have unreliable internet, start your form and keep saving it as a draft. As long as you have some connection, save after each section or every now and then so you don’t lose everything.</w:t>
      </w:r>
    </w:p>
    <w:p>
      <w:r>
        <w:t>Kavitha asks, “Can a draft created by the Vice President be edited by the President?”</w:t>
      </w:r>
    </w:p>
    <w:p>
      <w:r>
        <w:t>Yes. Once it has been created, the President and Vice President can edit it. They are the only chapter roles that can edit it. The Membership Committee can’t submit or edit it. Those two can, along with the Executive Director, of course.</w:t>
      </w:r>
    </w:p>
    <w:p>
      <w:pPr>
        <w:pStyle w:val="Heading1"/>
      </w:pPr>
      <w:r>
        <w:t>Closing</w:t>
      </w:r>
    </w:p>
    <w:p>
      <w:r>
        <w:t>I think that’s it. We’re one minute away from the top of the hour. Thank you for being here and taking time out of your day to be part of Tech Talks.</w:t>
      </w:r>
    </w:p>
    <w:p>
      <w:r>
        <w:t>We’ll be back next week with a quick overview of the Marketing Hub. Then no session, back for a week, off for three weeks, and back for three weeks—and we’re at the end of the year.</w:t>
      </w:r>
    </w:p>
    <w:p>
      <w:r>
        <w:t>There’s a QR code to see the recordings so far. This one will hopefully be uploaded by the end of the day, or by Monday, and you’ll be able to get it on the support site.</w:t>
      </w:r>
    </w:p>
    <w:p>
      <w:r>
        <w:t>I hope everybody has a wonderful weekend, and as always, happy connecting. Bye, everyone.</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sz w:val="18"/>
      </w:rPr>
      <w:t>BNI Tech Talks  •  October 16, 2026</w:t>
    </w:r>
    <w:r>
      <w:rPr>
        <w:sz w:val="18"/>
      </w:rP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CF2030"/>
        <w:sz w:val="20"/>
      </w:rPr>
      <w:t>BNI  •  TECH TALKS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Team Hub Introduction</dc:title>
  <dc:subject>BNI Tech Talks cleaned transcript — October 16, 2026</dc:subject>
  <dc:creator>BNI Tech Talks</dc:creator>
  <cp:keywords/>
  <dc:description>generated by python-docx</dc:description>
  <cp:lastModifiedBy/>
  <cp:revision>1</cp:revision>
  <dcterms:created xsi:type="dcterms:W3CDTF">2013-12-23T23:15:00Z</dcterms:created>
  <dcterms:modified xsi:type="dcterms:W3CDTF">2013-12-23T23:15:00Z</dcterms:modified>
  <cp:category/>
</cp:coreProperties>
</file>